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🌍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🛂 דרכון המסע הגלובלי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חדר בריחה בגלובליזציה · רמה ח׳–ט׳ · דף עבודה לתלמיד/ה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היכנסו לתיק החקירה של מיקה. בכל תחנה במסע קראו את היומן, נתחו את הנתונים ופתחו את המנעול. כל מנעול שנפתח חושף אות אחת – ושמונה האותיות ירכיבו את קוד היציאה. עבדו כצוות: חשבו יחד, נמקו, ובדקו כל חישוב פעמיים.</w:t>
      </w: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5760000" cy="3035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utemap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035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א׳ – המסע (8 תחנות)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שחקו בחדר הבריחה באתר. בכל תחנה ענו גם כאן, וכתבו את האות שקיבלתם.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תחנה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מקום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מושג התחנה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שדה הכותנה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הודו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חומר גלם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🧵 המטווייה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וייטנאם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יתרון יחסי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🪡 מפעל התפירה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וייטנאם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ייצור במיקור חוץ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⚓ הנמל והמכולה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נמל הו צ׳י מין סיטי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מכולה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🌊 נתיבי השיט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ים סין הדרומי → מצר מלאכה → האוקיינוס ההודי → ים סוף → תעלת סואץ → הים התיכון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נתיב סחר ימי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📦 מרכז ההפצה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נמל חיפה → מרכז הפצה בישראל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שרשרת אספקה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🛍️ הקנייה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ישראל – חנות / קנייה ברשת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אופנה מהירה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♻️ שימוש ומחזור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הבית, פח המחזור, חנות יד שנייה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טביעת רגל פחמנית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1. 🌱 שדה הכותנה – הודו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איתרו על המפה את המדינה שבה גדלה הכותנה: אקלים חם ושמשי, מהמגדלות הגדולות בעולם, והשעון שם מקדים את ישראל בשלוש שעות וחצי. (הקיפו את שם המקום)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אפריקה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ישראל (נמל חיפה)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אוסטרליה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סינגפור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ה. הודו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ו. דרום אמריקה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ז. וייטנאם (הו צ׳י מין סיטי)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2. 🧵 המטווייה – וייטנאם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משמרת הבוקר במטווייה בווייטנאם מתחילה ב-6:00 לפי שעון וייטנאם ונמשכת 8 שעות. מיקה רוצה להתקשר בדיוק ברגע שהמשמרת מסתיימת. וייטנאם מקדימה את ישראל ב-5 שעות. באיזו שעה בישראל עליה להתקשר? כתבו שעה עגולה בין 0 ל-23.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דרך החישוב: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תשובה: ______________ שעה בישראל (בבוקר)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3. 🪡 מפעל התפירה – וייטנאם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פריט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חנות ומכירה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מותג ושיווק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 וחוטים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מפעל (הוצאות ורווח)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תובלה ומכס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שכר עובדות ועובדי התפירה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התבוננו בתרשים (נתוני דוגמה להמחשה). נניח ששכר עובדות ועובדי התפירה מוכפל, וכל שאר החלקים נשארים בדיוק כפי שהם. מה יהיה המחיר החדש של החולצה?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103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200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106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150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4. ⚓ הנמל והמכולה – נמל הו צ׳י מין סיטי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נתוני דוגמה: חנות בישראל הזמינה 144,000 חולצות. בכל קרטון נארזות 50 חולצות, ובמכולה של 40 רגל נכנסים 1,200 קרטונים. מה המספר הקטן ביותר של מכולות שצריך כדי לשלוח את כל ההזמנה?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דרך החישוב: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תשובה: ______________ מכולות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5. 🌊 נתיבי השיט – ים סין הדרומי → מצר מלאכה → האוקיינוס ההודי → ים סוף → תעלת סואץ → הים התיכון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לחצו על המעבר הימי שבלעדיו הייתה האונייה של מיקה מפליגה כ-14,000 ק״מ נוספים בדרכה לחיפה. (הקיפו את שם המקום)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ים 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מצר גיברלטר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תעלת פנמה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תעלת סואץ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ה. ים סין הדרומי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ו. מצר מלאכה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ז. סינגפור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ח. כף התקווה הטובה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6. 📦 מרכז ההפצה – נמל חיפה → מרכז הפצה בישראל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סדרו את שלבי שרשרת האספקה של החולצה – מרגע ההגעה לחיפה ועד שהיא אצל מיקה בבית. – מספרו את השלבים לפי הסדר (1 = ראשון):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משאית מובילה את המכולה אל מרכז ההפצה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שליח מוסר את החבילה בבית של מיקה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בדיקת מכס ושחרור המשלוח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הקרטונים נסרקים ומסודרים על מדפי המחסן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מנופים פורקים את המכולה מהאונייה בנמל חיפה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בעקבות הזמנה ברשת, עובדת מלקטת את החולצה ואורזת חבילה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7. 🛍️ הקנייה – ישראל – חנות / קנייה ברשת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בכל משפט מסומנת מילת קישור במירכאות. מיינו: האם היא מציגה סיבה או תוצאה? – סמנו ✓ בעמודה הנכונה: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פריט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מילת סיבה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מילת תוצאה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״הודות ל״ מפעלי הטקסטיל, נוצרו מקומות עבודה רבים.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הבגדים נלבשים מעט פעמים, ״על כן״ הפסולת גדלה.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״עקב״ הביקוש העולמי לאותו סגנון, אותה חולצה נמכרת בערים רבות.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״מאחר ש״ ההובלה הימית זולה, אפשר לייצר רחוק מהצרכנים.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״בגלל ש״ הקולקציות מתחלפות מהר, בגדים נזרקים מוקדם.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המשלוח מהיר ונוח, ״ולפיכך״ קל לקנות בדחף.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החולצה זולה מאוד, ״לכן״ קונים עוד ועוד.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הסגנונות הגלובליים מתפשטים, ״כתוצאה מכך״ סגנונות מקומיים נדחקים לשוליים.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8. ♻️ שימוש ומחזור – הבית, פח המחזור, חנות יד שנייה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התאימו כל מושג להסבר שלו. – כתבו ליד כל מושג את האות של ההסבר: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מושג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טביעת רגל פחמנית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המשותף למילים צרכן וצרכנות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מחזור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קנייה מתוך צורך, מחשבה והשוואה – לא מתוך דחף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יד שנייה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גזי החממה שנפלטים לאורך חיי המוצר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תיקון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הארכת חיי הבגד בלי לייצר דבר חדש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צרכנות נבונה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קנייה של בגד שמישהו כבר לבש, במקום בגד חדש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השורש צ־ר־ך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הפיכת בגד ישן לסיבים או לחומר למוצר חדש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ב׳ – מושגים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במילים שלכם מה פירוש כל מושג.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מושג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ההסבר שלי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גלובליזציה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כפר עולמי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חומר גלם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שרשרת אספקה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יתרון יחסי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תאגיד רב-לאומי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ייצור במיקור חוץ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הוגנות בעבודה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ג׳ – דילמה, קוד ורפלקציה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⚖️ ייצור גלובלי של בגדים זולים – מנוע של פיתוח והזדמנויות, או עומס על הסביבה ועל העובדים? מה דעתכם?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🅰️ הייצור הגלובלי מועיל ויש להרחיב אותו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🅱️ יש לצמצם את הייצור הגלובלי ולחזק ייצור וצריכה מקומיים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הוא יוצר מקומות עבודה רבים במדינות מתפתחות ותורם לצמיחת הכלכלה שלהן.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הובלה למרחקים ארוכים מגדילה את טביעת הרגל הפחמנית.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בגדים זולים יותר נגישים למשפחות רבות, בכל רמות ההכנסה.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גידול הכותנה צורך כמות גדולה של מים, לפי הערכות כ-2,700 ליטר לחולצה.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יתרון יחסי: כל מדינה מתמחה במה שהיא עושה טוב, והייצור יעיל יותר.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קשה לצרכנים לדעת אם תנאי העבודה הוגנים לאורך כל השרשרת.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הסחר מחבר בין תרבויות ומדינות ומעודד שיתוף פעולה.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אופנה מהירה מעודדת קנייה מיותרת ומגדילה את הפסולת.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הבחירה שלי: ☐ 🅰️   ☐ 🅱️   ונימוק: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🚪 הקוד הסופי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האותיות שאספתי: ___ ___ ___ ___ ___ ___ ___ 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הקוד (3 + 5 אותיות): ____ ____ ____    ____ ____ ____ ____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🪞 רפלקציה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איזה שלב במסע של החולצה הפתיע אתכם יותר מכול,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הכפלת שכר התופרות מייקרת את החולצה ב-3 ₪ בלבד. מי לדעתכם צריך להחליט על השכר – החברה, המפעל, המדינה או הצרכנים? נמקו.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מתי מהירות המשלוח חשובה באמת, ומתי אפשר לוותר עליה למען הסביבה?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 – שם: 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גלובליזציה היא...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חוליה אחת בשרשרת האספקה של החולצה ומקומה במפה: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צעד אחד שלי כצרכן/ית גלובלי/ת נבון/ה: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דרכון המסע הגלובלי – רמה ח׳–ט׳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