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🌍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🛂 דרכון המסע הגלובלי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חדר בריחה בגלובליזציה · רמה ה׳ · דף עבודה לתלמיד/ה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הצטרפו למיקה! במסע יש 8 תחנות, ובכל תחנה מנעול נעול 🔒. קראו את היומן, פתרו את החידה ופתחו את המנעול. כל מנעול שנפתח נותן לכם אות אחת. בסוף תגלו מילת קוד סודית!</w:t>
      </w: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760000" cy="3035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utemap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35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המסע (8 תחנות)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שחקו בחדר הבריחה באתר. בכל תחנה ענו גם כאן, וכתבו את האות שקיבלתם.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מקום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 התחנה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שדה הכותנה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חומר גלם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🧵 המטווייה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וייטנאם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אזורי זמן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🪡 מפעל התפירה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וייטנאם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מיקור חוץ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⚓ הנמל והמכולה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 הו צ׳י מין סיטי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 נתיבי השיט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מווייטנאם, דרך מצר מלאכה, האוקיינוס ההודי וים סוף, אל תעלת סואץ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נתיב שיט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מרכז ההפצה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 חיפה ומרכז הפצה בישראל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שרשרת אספקה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🛍️ הקנייה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ישראל – חנות או קנייה ברשת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אופנה מהירה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♻️ שימוש ומחזור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הבית, פח המחזור וחנות יד שנייה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1. 🌱 שדה הכותנה – הודו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איפה גדלה הכותנה של החולצה של מיקה? לחצו על הודו במפה. (הקיפו את שם המקום)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ישראל (נמל חיפה)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אוסטרליה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אפריקה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ה. דרום אמריקה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ו. וייטנאם (הו צ׳י מין סיטי)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2. 🧵 המטווייה – וייטנאם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מיקה מתקשרת למטווייה בשעה 8 בבוקר לפי השעון בישראל. השעה בווייטנאם מקדימה ב-5 שעות. מה השעה עכשיו בווייטנאם? כתבו מספר בלבד.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דרך החישוב: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תשובה: ______________ (כתבו את השעה בשעון של 24 שעות)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3. 🪡 מפעל התפירה – וייטנאם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פריט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חנות ומכירה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מותג ושיווק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 וחוטים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מפעל (הוצאות ורווח)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תובלה ומכס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שכר עובדות ועובדי התפירה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הסתכלו בגרף. על איזה חלק הולך הכי הרבה כסף מתוך 100 השקלים?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חנות ומכירה – 50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שכר עובדות ועובדי התפירה – 3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מותג ושיווק – 20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תובלה ומכס – 7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4. ⚓ הנמל והמכולה – נמל הו צ׳י מין סיטי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בכל קרטון יש 50 חולצות. במכולה של מיקה יש 200 קרטונים. כמה חולצות יש במכולה? (נתוני דוגמה)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דרך החישוב: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תשובה: ______________ חולצות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5. 🌊 נתיבי השיט – מווייטנאם, דרך מצר מלאכה, האוקיינוס ההודי וים סוף, אל תעלת סואץ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דרך איזו תעלה עברה האונייה של מיקה כדי להגיע לים התיכון? לחצו עליה במפה. (הקיפו את שם המקום)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תעלת סואץ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תעלת פנמה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מצר גיברלטר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מצר מלאכה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ה. כף התקווה הטובה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6. 📦 מרכז ההפצה – נמל חיפה ומרכז הפצה בישראל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סדרו את השלבים לפי הסדר – מההגעה לנמל ועד שהחולצה מגיעה לבית. – מספרו את השלבים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ממיינים את החולצות לפי מידות וצבעים 📦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משאית מביאה את המכולה למרכז ההפצה 🚚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מנוף מוריד את המכולה מהאונייה 🏗️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האונייה מגיעה לנמל חיפה 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שליח מביא את החולצה הביתה 🏠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7. 🛍️ הקנייה – ישראל – חנות או קנייה ברשת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מיינו כל מעשה לסל המתאים: אופנה מהירה ⚡ או אופנה איטית 🐢. – סמנו ✓ בעמודה הנכונה: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פריט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אופנה מהירה 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אופנה איטית 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לקנות בגד יד שנייה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ללבוש חולצה אהובה הרבה שנים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להחליף בגדים עם חברים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לקנות חולצה חדשה כל שבוע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לתפור כפתור שנפל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ללבוש בגד פעם אחת ולזרוק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לקנות 5 חולצות רק כי הן במבצע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8. ♻️ שימוש ומחזור – הבית, פח המחזור וחנות יד שנייה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כל מילה להסבר שלה. – כתבו ליד כל מושג את האות של ההסבר: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מחזור ♻️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שקונה ומשתמש במוצרים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 שנייה 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הופכים חומר ישן לחומר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טביעת רגל פחמנית 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שקונה ומוכר סחורה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צרכן (צ־ר־ך) 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זיהום נוצר בגלל מוצר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סוחר (ס־ח־ר) 💱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בגד שמישהו כבר לבש ועכשיו עובר הלאה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מושגים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במילים שלכם מה פירוש כל מושג.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ההסבר שלי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גלובליזציה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עולמי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חומר גלם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טוויה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אזורי זמן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מיקור חוץ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תאגיד רב-לאומי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דילמה, קוד ורפלקציה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⚖️ מה דעתכם: טוב שהחולצה שלנו מגיעה מהצד השני של העולם?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🅰️ כן – זה טוב!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🅱️ זה גם מעורר דאגה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אנשים בהודו ובווייטנאם מקבלים עבודה 👷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האונייה והמשאיות מזהמות את האוויר 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בגדים נהיים זולים יותר, ויותר משפחות יכולות לקנות 👕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גידול כותנה צריך המון מים 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אפשר להכיר דברים מכל העולם 🌍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שתופרים מקבלים רק חלק קטן מהמחיר 💰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מדינות רבות מתפתחות בזכות המסחר 📈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כשבגדים זולים, קונים יותר וזורקים יותר 🗑️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הבחירה שלי: ☐ 🅰️   ☐ 🅱️   ונימוק: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🚪 הקוד הסופי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האותיות שאספתי: ___ ___ ___ ___ ___ ___ ___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הקוד (3 + 5 אותיות): ____ ____ ____    ____ ____ ____ ____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🪞 רפלקציה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איזה שלב במסע של החולצה הכי הפתיע אתכם?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תעשו עם בגד שכבר קטן עליכם?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אפשר לדעת אם אני באמת צריכה או צריך בגד חדש?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 –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גלובליזציה היא...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חוליה אחת בשרשרת האספקה של החולצה ומקומה במפה: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צעד אחד שלי כצרכן/ית גלובלי/ת נבון/ה: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דרכון המסע הגלובלי – רמה ה׳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